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A4127" w14:textId="314CE16A" w:rsidR="00904BF3" w:rsidRDefault="004A741D" w:rsidP="00904BF3">
      <w:r>
        <w:t>xx</w:t>
      </w:r>
    </w:p>
    <w:p w14:paraId="32621756" w14:textId="77777777" w:rsidR="00904BF3" w:rsidRPr="007F6A87" w:rsidRDefault="00904BF3" w:rsidP="00904BF3"/>
    <w:p w14:paraId="7826117C" w14:textId="77777777" w:rsidR="00904BF3" w:rsidRPr="007F6A87" w:rsidRDefault="00904BF3" w:rsidP="00904BF3"/>
    <w:p w14:paraId="6779BAAE" w14:textId="77777777" w:rsidR="00904BF3" w:rsidRDefault="00904BF3" w:rsidP="00904BF3"/>
    <w:p w14:paraId="61585C6D" w14:textId="78640F46" w:rsidR="002C0455" w:rsidRPr="00F56892" w:rsidRDefault="002C0455" w:rsidP="002C0455">
      <w:pPr>
        <w:jc w:val="both"/>
        <w:rPr>
          <w:rFonts w:eastAsia="Times New Roman" w:cs="Times New Roman"/>
          <w:b/>
          <w:bCs/>
          <w:sz w:val="24"/>
          <w:szCs w:val="24"/>
          <w:lang w:eastAsia="it-IT"/>
        </w:rPr>
      </w:pPr>
      <w:r w:rsidRPr="00F56892">
        <w:rPr>
          <w:rFonts w:eastAsia="Times New Roman" w:cs="Times New Roman"/>
          <w:b/>
          <w:bCs/>
          <w:sz w:val="24"/>
          <w:szCs w:val="24"/>
          <w:lang w:eastAsia="it-IT"/>
        </w:rPr>
        <w:t xml:space="preserve">AVVISO PUBBLICO DI ISTRUTTORIA DI EVIDENZA PUBBLICA PER L'ATTIVAZIONE DI UN RAPPORTO DI CO-PROGETTAZIONE AI SENSI DELL'ART. 55 DEL D.LGS. N. 117/2017 FINALIZZATO ALLA SELEZIONE DI UN ENTE DEL TERZO SETTORE (ETS) PER LA CO-PROGETTAZIONE, PRESENTAZIONE E GESTIONE DI UN NUOVO PROGETTO SAI (SISTEMA ACCOGLIENZA INTEGRAZIONE) – CATEGORIA </w:t>
      </w:r>
      <w:r w:rsidRPr="009F42FD">
        <w:rPr>
          <w:rFonts w:eastAsia="Times New Roman" w:cs="Times New Roman"/>
          <w:b/>
          <w:bCs/>
          <w:sz w:val="24"/>
          <w:szCs w:val="24"/>
          <w:lang w:eastAsia="it-IT"/>
        </w:rPr>
        <w:t>DM-DS "ACCOGLIENZA IN FAVORE DI PERSONE DISABILI E/O CON DISAGIO MENTALE O PSICOLOGICO E/O CON NECESSITÀ DI ASSISTENZA SANITARIA, SOCIALE E DOMICILIARE, SPECIALISTICA E/O PROLUNGATA"</w:t>
      </w:r>
      <w:r w:rsidRPr="00F56892">
        <w:rPr>
          <w:rFonts w:eastAsia="Times New Roman" w:cs="Times New Roman"/>
          <w:b/>
          <w:bCs/>
          <w:sz w:val="24"/>
          <w:szCs w:val="24"/>
          <w:lang w:eastAsia="it-IT"/>
        </w:rPr>
        <w:t xml:space="preserve"> PER </w:t>
      </w:r>
      <w:r w:rsidRPr="00C460A4">
        <w:rPr>
          <w:rFonts w:eastAsia="Times New Roman" w:cs="Times New Roman"/>
          <w:b/>
          <w:bCs/>
          <w:sz w:val="24"/>
          <w:szCs w:val="24"/>
          <w:lang w:eastAsia="it-IT"/>
        </w:rPr>
        <w:t xml:space="preserve">N. </w:t>
      </w:r>
      <w:r w:rsidR="00C460A4">
        <w:rPr>
          <w:rFonts w:eastAsia="Times New Roman" w:cs="Times New Roman"/>
          <w:b/>
          <w:bCs/>
          <w:sz w:val="24"/>
          <w:szCs w:val="24"/>
          <w:lang w:eastAsia="it-IT"/>
        </w:rPr>
        <w:t>15</w:t>
      </w:r>
      <w:r w:rsidRPr="00F56892">
        <w:rPr>
          <w:rFonts w:eastAsia="Times New Roman" w:cs="Times New Roman"/>
          <w:b/>
          <w:bCs/>
          <w:sz w:val="24"/>
          <w:szCs w:val="24"/>
          <w:lang w:eastAsia="it-IT"/>
        </w:rPr>
        <w:t xml:space="preserve"> BENEFICIARI– BIENNIO FINO AL 31/12/2028 A VALERE SUL FONDO ASILO MIGRAZIONE E INTEGRAZIONE (FAMI) 2021-2027.</w:t>
      </w:r>
    </w:p>
    <w:p w14:paraId="0CD35BF8" w14:textId="77777777" w:rsidR="0023690D" w:rsidRPr="006F2B13" w:rsidRDefault="0023690D" w:rsidP="00904BF3">
      <w:pPr>
        <w:rPr>
          <w:rFonts w:cs="Times New Roman"/>
          <w:b/>
          <w:bCs/>
          <w:lang w:val="it-IT"/>
        </w:rPr>
      </w:pPr>
    </w:p>
    <w:p w14:paraId="74FF1D93" w14:textId="2F4D5DF1" w:rsidR="006D17A2" w:rsidRPr="006F2B13" w:rsidRDefault="00C10D30">
      <w:pPr>
        <w:jc w:val="center"/>
        <w:rPr>
          <w:lang w:val="it-IT"/>
        </w:rPr>
      </w:pPr>
      <w:r w:rsidRPr="006F2B13">
        <w:rPr>
          <w:b/>
          <w:sz w:val="26"/>
          <w:lang w:val="it-IT"/>
        </w:rPr>
        <w:t>ALLEGATO</w:t>
      </w:r>
      <w:r w:rsidR="0023690D">
        <w:rPr>
          <w:b/>
          <w:sz w:val="26"/>
          <w:lang w:val="it-IT"/>
        </w:rPr>
        <w:t xml:space="preserve">  </w:t>
      </w:r>
      <w:r w:rsidRPr="006F2B13">
        <w:rPr>
          <w:b/>
          <w:sz w:val="26"/>
          <w:lang w:val="it-IT"/>
        </w:rPr>
        <w:t xml:space="preserve"> </w:t>
      </w:r>
      <w:r w:rsidR="0023690D">
        <w:rPr>
          <w:b/>
          <w:sz w:val="26"/>
          <w:lang w:val="it-IT"/>
        </w:rPr>
        <w:t>E</w:t>
      </w:r>
    </w:p>
    <w:p w14:paraId="7A1E7554" w14:textId="324BC7E5" w:rsidR="006D17A2" w:rsidRPr="006F2B13" w:rsidRDefault="00C10D30">
      <w:pPr>
        <w:jc w:val="center"/>
        <w:rPr>
          <w:lang w:val="it-IT"/>
        </w:rPr>
      </w:pPr>
      <w:r w:rsidRPr="006F2B13">
        <w:rPr>
          <w:b/>
          <w:sz w:val="22"/>
          <w:lang w:val="it-IT"/>
        </w:rPr>
        <w:t>SCHEDA STRUTTURA/E DI ACCOGLIENZA - SAI ORDINARI 202</w:t>
      </w:r>
      <w:r w:rsidR="0023690D">
        <w:rPr>
          <w:b/>
          <w:sz w:val="22"/>
          <w:lang w:val="it-IT"/>
        </w:rPr>
        <w:t>7/2028</w:t>
      </w:r>
    </w:p>
    <w:p w14:paraId="7D88220E" w14:textId="77777777" w:rsidR="006D17A2" w:rsidRPr="006F2B13" w:rsidRDefault="00C10D30">
      <w:pPr>
        <w:jc w:val="both"/>
        <w:rPr>
          <w:lang w:val="it-IT"/>
        </w:rPr>
      </w:pPr>
      <w:r w:rsidRPr="006F2B13">
        <w:rPr>
          <w:lang w:val="it-IT"/>
        </w:rPr>
        <w:t>Compilare una scheda per ciascuna struttura proposta. L'indicazione della struttura non comporta automatica accettazione: il Comune procederà alle verifiche tecniche, amministrative e documentali previste dalla disciplina SAI e dall'Avviso.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3"/>
        <w:gridCol w:w="4979"/>
      </w:tblGrid>
      <w:tr w:rsidR="006D17A2" w14:paraId="7E71F7EF" w14:textId="77777777">
        <w:trPr>
          <w:jc w:val="center"/>
        </w:trPr>
        <w:tc>
          <w:tcPr>
            <w:tcW w:w="4986" w:type="dxa"/>
            <w:vAlign w:val="center"/>
          </w:tcPr>
          <w:p w14:paraId="6A8F6DBE" w14:textId="77777777" w:rsidR="006D17A2" w:rsidRDefault="00C10D30">
            <w:proofErr w:type="spellStart"/>
            <w:r>
              <w:t>Denominazione</w:t>
            </w:r>
            <w:proofErr w:type="spellEnd"/>
            <w:r>
              <w:t>/</w:t>
            </w:r>
            <w:proofErr w:type="spellStart"/>
            <w:r>
              <w:t>identificativo</w:t>
            </w:r>
            <w:proofErr w:type="spellEnd"/>
            <w:r>
              <w:t xml:space="preserve"> </w:t>
            </w:r>
            <w:proofErr w:type="spellStart"/>
            <w:r>
              <w:t>struttura</w:t>
            </w:r>
            <w:proofErr w:type="spellEnd"/>
          </w:p>
        </w:tc>
        <w:tc>
          <w:tcPr>
            <w:tcW w:w="4986" w:type="dxa"/>
            <w:vAlign w:val="center"/>
          </w:tcPr>
          <w:p w14:paraId="1B71F934" w14:textId="77777777" w:rsidR="006D17A2" w:rsidRDefault="006D17A2"/>
        </w:tc>
      </w:tr>
      <w:tr w:rsidR="006D17A2" w14:paraId="1C3468C1" w14:textId="77777777">
        <w:trPr>
          <w:jc w:val="center"/>
        </w:trPr>
        <w:tc>
          <w:tcPr>
            <w:tcW w:w="4986" w:type="dxa"/>
            <w:vAlign w:val="center"/>
          </w:tcPr>
          <w:p w14:paraId="754186EE" w14:textId="77777777" w:rsidR="006D17A2" w:rsidRDefault="00C10D30">
            <w:r>
              <w:t>Indirizzo completo</w:t>
            </w:r>
          </w:p>
        </w:tc>
        <w:tc>
          <w:tcPr>
            <w:tcW w:w="4986" w:type="dxa"/>
            <w:vAlign w:val="center"/>
          </w:tcPr>
          <w:p w14:paraId="6DE24315" w14:textId="77777777" w:rsidR="006D17A2" w:rsidRDefault="006D17A2"/>
        </w:tc>
      </w:tr>
      <w:tr w:rsidR="006D17A2" w14:paraId="3EAB874F" w14:textId="77777777">
        <w:trPr>
          <w:jc w:val="center"/>
        </w:trPr>
        <w:tc>
          <w:tcPr>
            <w:tcW w:w="4986" w:type="dxa"/>
            <w:vAlign w:val="center"/>
          </w:tcPr>
          <w:p w14:paraId="21A36BCA" w14:textId="77777777" w:rsidR="006D17A2" w:rsidRDefault="00C10D30">
            <w:r>
              <w:t>Proprietario</w:t>
            </w:r>
          </w:p>
        </w:tc>
        <w:tc>
          <w:tcPr>
            <w:tcW w:w="4986" w:type="dxa"/>
            <w:vAlign w:val="center"/>
          </w:tcPr>
          <w:p w14:paraId="156AD64A" w14:textId="77777777" w:rsidR="006D17A2" w:rsidRDefault="006D17A2"/>
        </w:tc>
      </w:tr>
      <w:tr w:rsidR="006D17A2" w14:paraId="17B66290" w14:textId="77777777">
        <w:trPr>
          <w:jc w:val="center"/>
        </w:trPr>
        <w:tc>
          <w:tcPr>
            <w:tcW w:w="4986" w:type="dxa"/>
            <w:vAlign w:val="center"/>
          </w:tcPr>
          <w:p w14:paraId="5572C4E7" w14:textId="77777777" w:rsidR="006D17A2" w:rsidRDefault="00C10D30">
            <w:r>
              <w:t>Soggetto che ne dispone</w:t>
            </w:r>
          </w:p>
        </w:tc>
        <w:tc>
          <w:tcPr>
            <w:tcW w:w="4986" w:type="dxa"/>
            <w:vAlign w:val="center"/>
          </w:tcPr>
          <w:p w14:paraId="2EF8BEA4" w14:textId="77777777" w:rsidR="006D17A2" w:rsidRDefault="006D17A2"/>
        </w:tc>
      </w:tr>
      <w:tr w:rsidR="006D17A2" w:rsidRPr="006F2B13" w14:paraId="16079712" w14:textId="77777777">
        <w:trPr>
          <w:jc w:val="center"/>
        </w:trPr>
        <w:tc>
          <w:tcPr>
            <w:tcW w:w="4986" w:type="dxa"/>
            <w:vAlign w:val="center"/>
          </w:tcPr>
          <w:p w14:paraId="4AEFDEA4" w14:textId="77777777" w:rsidR="006D17A2" w:rsidRPr="006F2B13" w:rsidRDefault="00C10D30">
            <w:pPr>
              <w:rPr>
                <w:lang w:val="it-IT"/>
              </w:rPr>
            </w:pPr>
            <w:r w:rsidRPr="006F2B13">
              <w:rPr>
                <w:lang w:val="it-IT"/>
              </w:rPr>
              <w:t>Titolo di disponibilità attuale o previsto</w:t>
            </w:r>
          </w:p>
        </w:tc>
        <w:tc>
          <w:tcPr>
            <w:tcW w:w="4986" w:type="dxa"/>
            <w:vAlign w:val="center"/>
          </w:tcPr>
          <w:p w14:paraId="6F3D197C" w14:textId="77777777" w:rsidR="006D17A2" w:rsidRPr="006F2B13" w:rsidRDefault="006D17A2">
            <w:pPr>
              <w:rPr>
                <w:lang w:val="it-IT"/>
              </w:rPr>
            </w:pPr>
          </w:p>
        </w:tc>
      </w:tr>
      <w:tr w:rsidR="006D17A2" w:rsidRPr="006F2B13" w14:paraId="360BC4D5" w14:textId="77777777">
        <w:trPr>
          <w:jc w:val="center"/>
        </w:trPr>
        <w:tc>
          <w:tcPr>
            <w:tcW w:w="4986" w:type="dxa"/>
            <w:vAlign w:val="center"/>
          </w:tcPr>
          <w:p w14:paraId="3C3B4C1B" w14:textId="77777777" w:rsidR="006D17A2" w:rsidRPr="006F2B13" w:rsidRDefault="00C10D30">
            <w:pPr>
              <w:rPr>
                <w:lang w:val="it-IT"/>
              </w:rPr>
            </w:pPr>
            <w:r w:rsidRPr="006F2B13">
              <w:rPr>
                <w:lang w:val="it-IT"/>
              </w:rPr>
              <w:t>Durata/titolo e data di scadenza</w:t>
            </w:r>
          </w:p>
        </w:tc>
        <w:tc>
          <w:tcPr>
            <w:tcW w:w="4986" w:type="dxa"/>
            <w:vAlign w:val="center"/>
          </w:tcPr>
          <w:p w14:paraId="49E374FC" w14:textId="77777777" w:rsidR="006D17A2" w:rsidRPr="006F2B13" w:rsidRDefault="006D17A2">
            <w:pPr>
              <w:rPr>
                <w:lang w:val="it-IT"/>
              </w:rPr>
            </w:pPr>
          </w:p>
        </w:tc>
      </w:tr>
      <w:tr w:rsidR="006D17A2" w:rsidRPr="006F2B13" w14:paraId="33CCC3F0" w14:textId="77777777">
        <w:trPr>
          <w:jc w:val="center"/>
        </w:trPr>
        <w:tc>
          <w:tcPr>
            <w:tcW w:w="4986" w:type="dxa"/>
            <w:vAlign w:val="center"/>
          </w:tcPr>
          <w:p w14:paraId="7C8AFEAF" w14:textId="77777777" w:rsidR="006D17A2" w:rsidRPr="006F2B13" w:rsidRDefault="00C10D30">
            <w:pPr>
              <w:rPr>
                <w:lang w:val="it-IT"/>
              </w:rPr>
            </w:pPr>
            <w:r w:rsidRPr="006F2B13">
              <w:rPr>
                <w:lang w:val="it-IT"/>
              </w:rPr>
              <w:t>Data prevista di effettiva disponibilità</w:t>
            </w:r>
          </w:p>
        </w:tc>
        <w:tc>
          <w:tcPr>
            <w:tcW w:w="4986" w:type="dxa"/>
            <w:vAlign w:val="center"/>
          </w:tcPr>
          <w:p w14:paraId="7B598192" w14:textId="77777777" w:rsidR="006D17A2" w:rsidRPr="006F2B13" w:rsidRDefault="006D17A2">
            <w:pPr>
              <w:rPr>
                <w:lang w:val="it-IT"/>
              </w:rPr>
            </w:pPr>
          </w:p>
        </w:tc>
      </w:tr>
      <w:tr w:rsidR="006D17A2" w14:paraId="6BD59C1C" w14:textId="77777777">
        <w:trPr>
          <w:jc w:val="center"/>
        </w:trPr>
        <w:tc>
          <w:tcPr>
            <w:tcW w:w="4986" w:type="dxa"/>
            <w:vAlign w:val="center"/>
          </w:tcPr>
          <w:p w14:paraId="51859871" w14:textId="77777777" w:rsidR="006D17A2" w:rsidRDefault="00C10D30">
            <w:proofErr w:type="spellStart"/>
            <w:r>
              <w:t>Tipologia</w:t>
            </w:r>
            <w:proofErr w:type="spellEnd"/>
            <w:r>
              <w:t xml:space="preserve"> immobile</w:t>
            </w:r>
          </w:p>
        </w:tc>
        <w:tc>
          <w:tcPr>
            <w:tcW w:w="4986" w:type="dxa"/>
            <w:vAlign w:val="center"/>
          </w:tcPr>
          <w:p w14:paraId="0D36011E" w14:textId="77777777" w:rsidR="006D17A2" w:rsidRDefault="006D17A2"/>
        </w:tc>
      </w:tr>
      <w:tr w:rsidR="006D17A2" w14:paraId="26294B06" w14:textId="77777777">
        <w:trPr>
          <w:jc w:val="center"/>
        </w:trPr>
        <w:tc>
          <w:tcPr>
            <w:tcW w:w="4986" w:type="dxa"/>
            <w:vAlign w:val="center"/>
          </w:tcPr>
          <w:p w14:paraId="7CD2D18F" w14:textId="77777777" w:rsidR="006D17A2" w:rsidRDefault="00C10D30">
            <w:r>
              <w:t>Superficie utile indicativa (mq)</w:t>
            </w:r>
          </w:p>
        </w:tc>
        <w:tc>
          <w:tcPr>
            <w:tcW w:w="4986" w:type="dxa"/>
            <w:vAlign w:val="center"/>
          </w:tcPr>
          <w:p w14:paraId="3EBE50A9" w14:textId="77777777" w:rsidR="006D17A2" w:rsidRDefault="006D17A2"/>
        </w:tc>
      </w:tr>
      <w:tr w:rsidR="006D17A2" w14:paraId="741FF314" w14:textId="77777777">
        <w:trPr>
          <w:jc w:val="center"/>
        </w:trPr>
        <w:tc>
          <w:tcPr>
            <w:tcW w:w="4986" w:type="dxa"/>
            <w:vAlign w:val="center"/>
          </w:tcPr>
          <w:p w14:paraId="192FE0AD" w14:textId="77777777" w:rsidR="006D17A2" w:rsidRDefault="00C10D30">
            <w:r>
              <w:t>Numero camere</w:t>
            </w:r>
          </w:p>
        </w:tc>
        <w:tc>
          <w:tcPr>
            <w:tcW w:w="4986" w:type="dxa"/>
            <w:vAlign w:val="center"/>
          </w:tcPr>
          <w:p w14:paraId="5CCB08DD" w14:textId="77777777" w:rsidR="006D17A2" w:rsidRDefault="006D17A2"/>
        </w:tc>
      </w:tr>
      <w:tr w:rsidR="006D17A2" w14:paraId="7EB3BF64" w14:textId="77777777">
        <w:trPr>
          <w:jc w:val="center"/>
        </w:trPr>
        <w:tc>
          <w:tcPr>
            <w:tcW w:w="4986" w:type="dxa"/>
            <w:vAlign w:val="center"/>
          </w:tcPr>
          <w:p w14:paraId="08BD3C95" w14:textId="77777777" w:rsidR="006D17A2" w:rsidRDefault="00C10D30">
            <w:r>
              <w:t>Numero servizi igienici</w:t>
            </w:r>
          </w:p>
        </w:tc>
        <w:tc>
          <w:tcPr>
            <w:tcW w:w="4986" w:type="dxa"/>
            <w:vAlign w:val="center"/>
          </w:tcPr>
          <w:p w14:paraId="5EC9CC69" w14:textId="77777777" w:rsidR="006D17A2" w:rsidRDefault="006D17A2"/>
        </w:tc>
      </w:tr>
      <w:tr w:rsidR="006D17A2" w14:paraId="03CF89B1" w14:textId="77777777">
        <w:trPr>
          <w:jc w:val="center"/>
        </w:trPr>
        <w:tc>
          <w:tcPr>
            <w:tcW w:w="4986" w:type="dxa"/>
            <w:vAlign w:val="center"/>
          </w:tcPr>
          <w:p w14:paraId="50C26B12" w14:textId="77777777" w:rsidR="006D17A2" w:rsidRDefault="00C10D30">
            <w:r>
              <w:t>Capienza proposta (posti)</w:t>
            </w:r>
          </w:p>
        </w:tc>
        <w:tc>
          <w:tcPr>
            <w:tcW w:w="4986" w:type="dxa"/>
            <w:vAlign w:val="center"/>
          </w:tcPr>
          <w:p w14:paraId="4D92623D" w14:textId="77777777" w:rsidR="006D17A2" w:rsidRDefault="006D17A2"/>
        </w:tc>
      </w:tr>
      <w:tr w:rsidR="006D17A2" w14:paraId="6A0B5CDF" w14:textId="77777777">
        <w:trPr>
          <w:jc w:val="center"/>
        </w:trPr>
        <w:tc>
          <w:tcPr>
            <w:tcW w:w="4986" w:type="dxa"/>
            <w:vAlign w:val="center"/>
          </w:tcPr>
          <w:p w14:paraId="4BE2025F" w14:textId="77777777" w:rsidR="006D17A2" w:rsidRDefault="00C10D30">
            <w:r>
              <w:t>Configurazione destinatari proposta</w:t>
            </w:r>
          </w:p>
        </w:tc>
        <w:tc>
          <w:tcPr>
            <w:tcW w:w="4986" w:type="dxa"/>
            <w:vAlign w:val="center"/>
          </w:tcPr>
          <w:p w14:paraId="3881E3C2" w14:textId="77777777" w:rsidR="006D17A2" w:rsidRDefault="006D17A2"/>
        </w:tc>
      </w:tr>
      <w:tr w:rsidR="006D17A2" w14:paraId="5A1D82BE" w14:textId="77777777">
        <w:trPr>
          <w:jc w:val="center"/>
        </w:trPr>
        <w:tc>
          <w:tcPr>
            <w:tcW w:w="4986" w:type="dxa"/>
            <w:vAlign w:val="center"/>
          </w:tcPr>
          <w:p w14:paraId="50F6B738" w14:textId="77777777" w:rsidR="006D17A2" w:rsidRDefault="00C10D30">
            <w:r>
              <w:t>Presenza barriere architettoniche / accessibilità</w:t>
            </w:r>
          </w:p>
        </w:tc>
        <w:tc>
          <w:tcPr>
            <w:tcW w:w="4986" w:type="dxa"/>
            <w:vAlign w:val="center"/>
          </w:tcPr>
          <w:p w14:paraId="23DFC1E0" w14:textId="77777777" w:rsidR="006D17A2" w:rsidRDefault="006D17A2"/>
        </w:tc>
      </w:tr>
      <w:tr w:rsidR="006D17A2" w:rsidRPr="006F2B13" w14:paraId="13BDFDE0" w14:textId="77777777">
        <w:trPr>
          <w:jc w:val="center"/>
        </w:trPr>
        <w:tc>
          <w:tcPr>
            <w:tcW w:w="4986" w:type="dxa"/>
            <w:vAlign w:val="center"/>
          </w:tcPr>
          <w:p w14:paraId="392DA118" w14:textId="77777777" w:rsidR="006D17A2" w:rsidRPr="006F2B13" w:rsidRDefault="00C10D30">
            <w:pPr>
              <w:rPr>
                <w:lang w:val="it-IT"/>
              </w:rPr>
            </w:pPr>
            <w:r w:rsidRPr="006F2B13">
              <w:rPr>
                <w:lang w:val="it-IT"/>
              </w:rPr>
              <w:t>Collegamenti con trasporto pubblico e servizi essenziali</w:t>
            </w:r>
          </w:p>
        </w:tc>
        <w:tc>
          <w:tcPr>
            <w:tcW w:w="4986" w:type="dxa"/>
            <w:vAlign w:val="center"/>
          </w:tcPr>
          <w:p w14:paraId="2689E90A" w14:textId="77777777" w:rsidR="006D17A2" w:rsidRPr="006F2B13" w:rsidRDefault="006D17A2">
            <w:pPr>
              <w:rPr>
                <w:lang w:val="it-IT"/>
              </w:rPr>
            </w:pPr>
          </w:p>
        </w:tc>
      </w:tr>
      <w:tr w:rsidR="006D17A2" w:rsidRPr="006F2B13" w14:paraId="770A3A6A" w14:textId="77777777">
        <w:trPr>
          <w:jc w:val="center"/>
        </w:trPr>
        <w:tc>
          <w:tcPr>
            <w:tcW w:w="4986" w:type="dxa"/>
            <w:vAlign w:val="center"/>
          </w:tcPr>
          <w:p w14:paraId="7AC13AA9" w14:textId="77777777" w:rsidR="006D17A2" w:rsidRPr="006F2B13" w:rsidRDefault="00C10D30">
            <w:pPr>
              <w:rPr>
                <w:lang w:val="it-IT"/>
              </w:rPr>
            </w:pPr>
            <w:r w:rsidRPr="006F2B13">
              <w:rPr>
                <w:lang w:val="it-IT"/>
              </w:rPr>
              <w:t>Costo annuo stimato di locazione/uso (€)</w:t>
            </w:r>
          </w:p>
        </w:tc>
        <w:tc>
          <w:tcPr>
            <w:tcW w:w="4986" w:type="dxa"/>
            <w:vAlign w:val="center"/>
          </w:tcPr>
          <w:p w14:paraId="61F45FC0" w14:textId="77777777" w:rsidR="006D17A2" w:rsidRPr="006F2B13" w:rsidRDefault="006D17A2">
            <w:pPr>
              <w:rPr>
                <w:lang w:val="it-IT"/>
              </w:rPr>
            </w:pPr>
          </w:p>
        </w:tc>
      </w:tr>
      <w:tr w:rsidR="006D17A2" w:rsidRPr="006F2B13" w14:paraId="43A68107" w14:textId="77777777">
        <w:trPr>
          <w:jc w:val="center"/>
        </w:trPr>
        <w:tc>
          <w:tcPr>
            <w:tcW w:w="4986" w:type="dxa"/>
            <w:vAlign w:val="center"/>
          </w:tcPr>
          <w:p w14:paraId="5E6FE366" w14:textId="77777777" w:rsidR="006D17A2" w:rsidRPr="006F2B13" w:rsidRDefault="00C10D30">
            <w:pPr>
              <w:rPr>
                <w:lang w:val="it-IT"/>
              </w:rPr>
            </w:pPr>
            <w:r w:rsidRPr="006F2B13">
              <w:rPr>
                <w:lang w:val="it-IT"/>
              </w:rPr>
              <w:t>Utenze e altri costi annui stimati (€)</w:t>
            </w:r>
          </w:p>
        </w:tc>
        <w:tc>
          <w:tcPr>
            <w:tcW w:w="4986" w:type="dxa"/>
            <w:vAlign w:val="center"/>
          </w:tcPr>
          <w:p w14:paraId="0573B9AB" w14:textId="77777777" w:rsidR="006D17A2" w:rsidRPr="006F2B13" w:rsidRDefault="006D17A2">
            <w:pPr>
              <w:rPr>
                <w:lang w:val="it-IT"/>
              </w:rPr>
            </w:pPr>
          </w:p>
        </w:tc>
      </w:tr>
    </w:tbl>
    <w:p w14:paraId="65B0D450" w14:textId="77777777" w:rsidR="006D17A2" w:rsidRPr="006F2B13" w:rsidRDefault="00C10D30">
      <w:pPr>
        <w:rPr>
          <w:lang w:val="it-IT"/>
        </w:rPr>
      </w:pPr>
      <w:r w:rsidRPr="006F2B13">
        <w:rPr>
          <w:b/>
          <w:lang w:val="it-IT"/>
        </w:rPr>
        <w:t>REQUISITI E CONFORMITA</w:t>
      </w:r>
    </w:p>
    <w:p w14:paraId="4BCDFB0C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Descrivere lo stato delle verifiche relative a destinazione d'uso, conformità urbanistico-edilizia, agibilità ove dovuta, requisiti igienico-sanitari, sicurezza, impianti e ulteriori requisiti richiesti dalla disciplina SAI.</w:t>
      </w:r>
    </w:p>
    <w:p w14:paraId="3824CA1C" w14:textId="4474B530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766A6A56" w14:textId="4C57DABD" w:rsidR="006D17A2" w:rsidRPr="006F2B13" w:rsidRDefault="00C10D30">
      <w:pPr>
        <w:rPr>
          <w:lang w:val="it-IT"/>
        </w:rPr>
      </w:pPr>
      <w:r w:rsidRPr="006F2B13">
        <w:rPr>
          <w:lang w:val="it-IT"/>
        </w:rPr>
        <w:lastRenderedPageBreak/>
        <w:t>______________________________________________________________________________________________</w:t>
      </w:r>
    </w:p>
    <w:p w14:paraId="6B7E6119" w14:textId="616F5881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6A5FDFA9" w14:textId="77777777" w:rsidR="006D17A2" w:rsidRPr="006F2B13" w:rsidRDefault="00C10D30">
      <w:pPr>
        <w:rPr>
          <w:lang w:val="it-IT"/>
        </w:rPr>
      </w:pPr>
      <w:r w:rsidRPr="006F2B13">
        <w:rPr>
          <w:b/>
          <w:lang w:val="it-IT"/>
        </w:rPr>
        <w:t>DOTAZIONI E SPAZI</w:t>
      </w:r>
    </w:p>
    <w:p w14:paraId="7B143FAA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Descrivere camere, cucina, spazi comuni, servizi, arredi, elettrodomestici, connessione, spazi per colloqui/attività e altre dotazioni.</w:t>
      </w:r>
    </w:p>
    <w:p w14:paraId="52DB64D4" w14:textId="07A33086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45B7ED76" w14:textId="1A892820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3C1D968B" w14:textId="1AD503E2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562521B2" w14:textId="77777777" w:rsidR="006D17A2" w:rsidRPr="006F2B13" w:rsidRDefault="00C10D30">
      <w:pPr>
        <w:rPr>
          <w:lang w:val="it-IT"/>
        </w:rPr>
      </w:pPr>
      <w:r w:rsidRPr="006F2B13">
        <w:rPr>
          <w:b/>
          <w:lang w:val="it-IT"/>
        </w:rPr>
        <w:t>INSERIMENTO TERRITORIALE</w:t>
      </w:r>
    </w:p>
    <w:p w14:paraId="698A8347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Descrivere prossimità e accessibilità a servizi sanitari, sociali, scolastici/formativi, CPIA, trasporto pubblico, esercizi e opportunità di integrazione.</w:t>
      </w:r>
    </w:p>
    <w:p w14:paraId="01DB1DED" w14:textId="7902A7AD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4E17CC7D" w14:textId="75E788FD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020CA485" w14:textId="4E7F368A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3A1022E9" w14:textId="77777777" w:rsidR="006D17A2" w:rsidRPr="006F2B13" w:rsidRDefault="00C10D30">
      <w:pPr>
        <w:rPr>
          <w:lang w:val="it-IT"/>
        </w:rPr>
      </w:pPr>
      <w:r w:rsidRPr="006F2B13">
        <w:rPr>
          <w:b/>
          <w:lang w:val="it-IT"/>
        </w:rPr>
        <w:t>MANUTENZIONE E SICUREZZA</w:t>
      </w:r>
    </w:p>
    <w:p w14:paraId="18181F03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Descrivere il sistema previsto per controlli periodici, segnalazione e risoluzione dei guasti, manutenzione ordinaria/straordinaria ed emergenze.</w:t>
      </w:r>
    </w:p>
    <w:p w14:paraId="706A82D0" w14:textId="015C23E1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412965C4" w14:textId="46D916C0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6C31E1F3" w14:textId="114A9D72" w:rsidR="006D17A2" w:rsidRPr="006F2B13" w:rsidRDefault="00C10D30">
      <w:pPr>
        <w:rPr>
          <w:lang w:val="it-IT"/>
        </w:rPr>
      </w:pPr>
      <w:r w:rsidRPr="006F2B13">
        <w:rPr>
          <w:lang w:val="it-IT"/>
        </w:rPr>
        <w:t>______________________________________________________________________________________________</w:t>
      </w:r>
    </w:p>
    <w:p w14:paraId="50B607A2" w14:textId="1884F411" w:rsidR="006D17A2" w:rsidRPr="006F2B13" w:rsidRDefault="00C10D30">
      <w:pPr>
        <w:rPr>
          <w:lang w:val="it-IT"/>
        </w:rPr>
      </w:pPr>
      <w:r w:rsidRPr="006F2B13">
        <w:rPr>
          <w:b/>
          <w:lang w:val="it-IT"/>
        </w:rPr>
        <w:t>DOCUMENTAZIONE DA ALLEGARE, SE DISPONIBIL</w:t>
      </w:r>
      <w:r w:rsidR="009E1151">
        <w:rPr>
          <w:b/>
          <w:lang w:val="it-IT"/>
        </w:rPr>
        <w:t>I</w:t>
      </w:r>
      <w:r w:rsidRPr="006F2B13">
        <w:rPr>
          <w:b/>
          <w:lang w:val="it-IT"/>
        </w:rPr>
        <w:t>/SE RICHIESTA DALL'AVVISO</w:t>
      </w:r>
    </w:p>
    <w:p w14:paraId="724FC277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☐ titolo di proprietà/disponibilità o impegno alla disponibilità;</w:t>
      </w:r>
    </w:p>
    <w:p w14:paraId="78E44FA8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☐ planimetria e documentazione fotografica;</w:t>
      </w:r>
    </w:p>
    <w:p w14:paraId="69D0C6C1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☐ documentazione attestante i requisiti e le conformità dichiarate;</w:t>
      </w:r>
    </w:p>
    <w:p w14:paraId="0965DB85" w14:textId="77777777" w:rsidR="006D17A2" w:rsidRPr="006F2B13" w:rsidRDefault="00C10D30">
      <w:pPr>
        <w:rPr>
          <w:lang w:val="it-IT"/>
        </w:rPr>
      </w:pPr>
      <w:r w:rsidRPr="006F2B13">
        <w:rPr>
          <w:lang w:val="it-IT"/>
        </w:rPr>
        <w:t>☐ eventuali preventivi/canoni e altra documentazione utile alla verifica dei costi.</w:t>
      </w:r>
    </w:p>
    <w:sectPr w:rsidR="006D17A2" w:rsidRPr="006F2B1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0B727" w14:textId="77777777" w:rsidR="00693FAF" w:rsidRDefault="00693FAF">
      <w:pPr>
        <w:spacing w:after="0" w:line="240" w:lineRule="auto"/>
      </w:pPr>
      <w:r>
        <w:separator/>
      </w:r>
    </w:p>
  </w:endnote>
  <w:endnote w:type="continuationSeparator" w:id="0">
    <w:p w14:paraId="52525447" w14:textId="77777777" w:rsidR="00693FAF" w:rsidRDefault="0069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940A" w14:textId="77777777" w:rsidR="009E1151" w:rsidRDefault="009E11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A155F" w14:textId="5A81ED13" w:rsidR="006D17A2" w:rsidRPr="009E1151" w:rsidRDefault="006D17A2" w:rsidP="009E115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37C3D" w14:textId="77777777" w:rsidR="009E1151" w:rsidRDefault="009E11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D41D7" w14:textId="77777777" w:rsidR="00693FAF" w:rsidRDefault="00693FAF">
      <w:pPr>
        <w:spacing w:after="0" w:line="240" w:lineRule="auto"/>
      </w:pPr>
      <w:r>
        <w:separator/>
      </w:r>
    </w:p>
  </w:footnote>
  <w:footnote w:type="continuationSeparator" w:id="0">
    <w:p w14:paraId="47B9E0DA" w14:textId="77777777" w:rsidR="00693FAF" w:rsidRDefault="0069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1AA9D" w14:textId="77777777" w:rsidR="009E1151" w:rsidRDefault="009E11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91F73" w14:textId="77777777" w:rsidR="009E1151" w:rsidRDefault="009E115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3945" w14:textId="77777777" w:rsidR="009E1151" w:rsidRDefault="009E11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DD5"/>
    <w:rsid w:val="0015074B"/>
    <w:rsid w:val="0023690D"/>
    <w:rsid w:val="00260D50"/>
    <w:rsid w:val="0029639D"/>
    <w:rsid w:val="002C0455"/>
    <w:rsid w:val="00326F90"/>
    <w:rsid w:val="00480814"/>
    <w:rsid w:val="004A741D"/>
    <w:rsid w:val="005642BD"/>
    <w:rsid w:val="00693FAF"/>
    <w:rsid w:val="006D17A2"/>
    <w:rsid w:val="006F2B13"/>
    <w:rsid w:val="007D3E2E"/>
    <w:rsid w:val="00871C9F"/>
    <w:rsid w:val="00904BF3"/>
    <w:rsid w:val="009724CC"/>
    <w:rsid w:val="009E1151"/>
    <w:rsid w:val="00A62DBB"/>
    <w:rsid w:val="00AA1D8D"/>
    <w:rsid w:val="00B47730"/>
    <w:rsid w:val="00BE39C2"/>
    <w:rsid w:val="00C10D30"/>
    <w:rsid w:val="00C460A4"/>
    <w:rsid w:val="00CB0664"/>
    <w:rsid w:val="00FC66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EA13A"/>
  <w14:defaultImageDpi w14:val="300"/>
  <w15:docId w15:val="{3BB324DC-324B-4839-B493-58443949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8</cp:revision>
  <cp:lastPrinted>2026-10-12T10:22:00Z</cp:lastPrinted>
  <dcterms:created xsi:type="dcterms:W3CDTF">2026-09-16T07:37:00Z</dcterms:created>
  <dcterms:modified xsi:type="dcterms:W3CDTF">2026-10-27T13:17:00Z</dcterms:modified>
  <cp:category/>
</cp:coreProperties>
</file>